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לעיתון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שאפשר לכתוב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כתבה לפי מי מה איפה מתי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שהכתיבה עומדת בדרישות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בחירת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כתבה חדשותית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מכתב לעורך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מודעה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הבדיקה כוללת סימון של יש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הבדיקה דורשת לכתוב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נדרשות לפחות 25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 שני סוגי טקסט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טקסט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(מספרת מה קרה, מי,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(מביע דעה על נושא שקראו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(הודעה קצרה למכירה, קנייה או חיפוש)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 חוויה שקרתה לכותב או לכותבת)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(המשפט שמושך תשומת לב בראש הכתבה)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סִדרו את שלבי הכתיבה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סוג טקסט: כתבה, מכתב, מודעה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כותרת מעניינת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ענו על השאלות מי מה איפה מתי ולמה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שיש לפחות שלושה משפטים ו-25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יש שם כותב, לפחות שלושה משפטים, לפחות 25 מילים, תשובה לשאלות מי מה איפה מתי ולמה.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חדשותית, מכתב לעורך, מודעה קטנה,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מי, מה, איפה, מתי,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שם הכותב, לפחות 3 משפטים, לפחות 25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סוג טקסט לפי עניין אישי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פתיחה אחד בעל פה לפני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ההוראה המותאמת אפשר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לעיתון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אפשר לכתוב כמה סוגי טקסטים: כתבה חדשותית, מכתב לעורך, מודעה קטנה או סיפור אישי. בדף הזה נתרגל איך בוחרים את סוג הטקסט ואיך כותבים אותו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בחירת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מתאים לספר על אירוע חדשותי שקרה?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מתאים כדי להביע דעה על נושא שקראו עליו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מתאים כדי לחפש או למכור משהו בקצרה?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טקסט מתאים לספר חוויה אישית שקרתה לכם?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מודעה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משפטי פתיחה לדוגמה מוצעים בדף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חדשותית חייבת לכלול כותרת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כתבה בלי לציין את השם שלכם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חדשותית צריכה לפחות שלושה משפטים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חדשותית צריכה לפחות עשר מילים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לעורך זהה למודעה קטנה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כתיבת הכתבה צריך לענות על השאלות: מי? מה? איפה? __________? ולמה?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ממשפטי הפתיחה המוצעים הוא: "__________ בבוקר"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פתיחה נוסף הוא: "בשבוע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שהכתבה תעבור בדיקה, צריך לכתוב לפחות 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הכתיבה אפשר ללחוץ על כפתור כדי __________ לכתבה ולשמוע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טקסט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כתבה חדשותית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הודעה קצרה למכירה, קנייה או חיפוש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לעורך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חוויה שקרתה לכותב או לכותבת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מודעה 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מספרת מה קרה, מי,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סיפור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המשפט שמושך תשומת לב בראש הכתבה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מביע דעה על נושא שקראו בעיתון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סִדרו את שלבי הכתיבה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 על השאלות מי מה איפה מתי ולמה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שיש לפחות שלושה משפטים ו-25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סוג טקסט: כתבה, מכתב, מודעה או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כותרת מעניינת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השם שלכם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כתבה חדשותית קצרה על משהו שקרה לכם או בבית הספר שלכם. כללו כותרת, את השם שלכם, ולפחות שלושה משפטים שעונים על השאלות מי מה איפה מתי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ארבעה סוגי הטקסטים שאפשר לכתוב לעיתון?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שאלות צריך לענות בכתבה חדשותית?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לבדוק לפני ששולחים כתבה לעיתון?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לעיתון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